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3F840" w14:textId="77777777" w:rsidR="0012218F" w:rsidRDefault="00000000">
      <w:pPr>
        <w:jc w:val="center"/>
      </w:pPr>
      <w:r>
        <w:rPr>
          <w:rFonts w:ascii="Aptos Display" w:hAnsi="Aptos Display"/>
          <w:b/>
          <w:color w:val="1F4E79"/>
          <w:sz w:val="32"/>
        </w:rPr>
        <w:t>PROJEKT „SAČUVAJMO SJEĆANJA NA RATNO DJETINJSTVO“</w:t>
      </w:r>
    </w:p>
    <w:p w14:paraId="7BC767D1" w14:textId="77777777" w:rsidR="0012218F" w:rsidRDefault="00000000">
      <w:pPr>
        <w:jc w:val="center"/>
      </w:pPr>
      <w:r>
        <w:rPr>
          <w:i/>
          <w:color w:val="595959"/>
        </w:rPr>
        <w:t>Prijedlog za školski kurikulum • nastavna godina 2026./2027.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13"/>
        <w:gridCol w:w="7087"/>
      </w:tblGrid>
      <w:tr w:rsidR="0012218F" w14:paraId="013C1F31" w14:textId="77777777">
        <w:trPr>
          <w:tblHeader/>
          <w:jc w:val="center"/>
        </w:trPr>
        <w:tc>
          <w:tcPr>
            <w:tcW w:w="52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E6C274" w14:textId="77777777" w:rsidR="0012218F" w:rsidRDefault="00000000">
            <w:pPr>
              <w:spacing w:after="0"/>
            </w:pPr>
            <w:r>
              <w:rPr>
                <w:b/>
                <w:color w:val="FFFFFF"/>
              </w:rPr>
              <w:t>Element školskog kurikuluma</w:t>
            </w:r>
          </w:p>
        </w:tc>
        <w:tc>
          <w:tcPr>
            <w:tcW w:w="52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BE9A8E" w14:textId="77777777" w:rsidR="0012218F" w:rsidRDefault="00000000">
            <w:pPr>
              <w:spacing w:after="0"/>
            </w:pPr>
            <w:r>
              <w:rPr>
                <w:b/>
                <w:color w:val="FFFFFF"/>
              </w:rPr>
              <w:t>Sadržaj</w:t>
            </w:r>
          </w:p>
        </w:tc>
      </w:tr>
      <w:tr w:rsidR="0012218F" w14:paraId="702B001A" w14:textId="77777777">
        <w:trPr>
          <w:jc w:val="center"/>
        </w:trPr>
        <w:tc>
          <w:tcPr>
            <w:tcW w:w="283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8559F6" w14:textId="77777777" w:rsidR="0012218F" w:rsidRDefault="00000000">
            <w:pPr>
              <w:spacing w:after="40" w:line="240" w:lineRule="auto"/>
            </w:pPr>
            <w:r>
              <w:rPr>
                <w:b/>
                <w:color w:val="1F4E79"/>
                <w:sz w:val="18"/>
              </w:rPr>
              <w:t>Naziv aktivnosti/projekta</w:t>
            </w:r>
          </w:p>
        </w:tc>
        <w:tc>
          <w:tcPr>
            <w:tcW w:w="708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8D9374A" w14:textId="77777777" w:rsidR="0012218F" w:rsidRDefault="00000000">
            <w:pPr>
              <w:spacing w:after="40" w:line="240" w:lineRule="auto"/>
            </w:pPr>
            <w:r>
              <w:rPr>
                <w:sz w:val="18"/>
              </w:rPr>
              <w:t>Sačuvajmo sjećanja na ratno djetinjstvo</w:t>
            </w:r>
          </w:p>
        </w:tc>
      </w:tr>
      <w:tr w:rsidR="0012218F" w14:paraId="05C2551C" w14:textId="77777777">
        <w:trPr>
          <w:jc w:val="center"/>
        </w:trPr>
        <w:tc>
          <w:tcPr>
            <w:tcW w:w="283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AFC6B4" w14:textId="77777777" w:rsidR="0012218F" w:rsidRDefault="00000000">
            <w:pPr>
              <w:spacing w:after="40" w:line="240" w:lineRule="auto"/>
            </w:pPr>
            <w:r>
              <w:rPr>
                <w:b/>
                <w:color w:val="1F4E79"/>
                <w:sz w:val="18"/>
              </w:rPr>
              <w:t>Nositelj projekta</w:t>
            </w:r>
          </w:p>
        </w:tc>
        <w:tc>
          <w:tcPr>
            <w:tcW w:w="708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7FAF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66B88A" w14:textId="77777777" w:rsidR="0012218F" w:rsidRDefault="00000000">
            <w:pPr>
              <w:spacing w:after="40" w:line="240" w:lineRule="auto"/>
            </w:pPr>
            <w:r>
              <w:rPr>
                <w:sz w:val="18"/>
              </w:rPr>
              <w:t>Udruga Ratno djetinjstvo</w:t>
            </w:r>
          </w:p>
        </w:tc>
      </w:tr>
      <w:tr w:rsidR="0012218F" w14:paraId="35F53610" w14:textId="77777777">
        <w:trPr>
          <w:jc w:val="center"/>
        </w:trPr>
        <w:tc>
          <w:tcPr>
            <w:tcW w:w="283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B47D7E2" w14:textId="77777777" w:rsidR="0012218F" w:rsidRDefault="00000000">
            <w:pPr>
              <w:spacing w:after="40" w:line="240" w:lineRule="auto"/>
            </w:pPr>
            <w:r>
              <w:rPr>
                <w:b/>
                <w:color w:val="1F4E79"/>
                <w:sz w:val="18"/>
              </w:rPr>
              <w:t>Voditelj/i u školi</w:t>
            </w:r>
          </w:p>
        </w:tc>
        <w:tc>
          <w:tcPr>
            <w:tcW w:w="708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E31C23B" w14:textId="77777777" w:rsidR="0012218F" w:rsidRDefault="00000000">
            <w:pPr>
              <w:spacing w:after="40" w:line="240" w:lineRule="auto"/>
            </w:pPr>
            <w:r>
              <w:rPr>
                <w:sz w:val="18"/>
              </w:rPr>
              <w:t>Ime i prezime učitelja/nastavnika: ______________________________</w:t>
            </w:r>
          </w:p>
        </w:tc>
      </w:tr>
      <w:tr w:rsidR="0012218F" w14:paraId="3B64E12B" w14:textId="77777777">
        <w:trPr>
          <w:jc w:val="center"/>
        </w:trPr>
        <w:tc>
          <w:tcPr>
            <w:tcW w:w="283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B27DB7B" w14:textId="77777777" w:rsidR="0012218F" w:rsidRDefault="00000000">
            <w:pPr>
              <w:spacing w:after="40" w:line="240" w:lineRule="auto"/>
            </w:pPr>
            <w:r>
              <w:rPr>
                <w:b/>
                <w:color w:val="1F4E79"/>
                <w:sz w:val="18"/>
              </w:rPr>
              <w:t>Suradnici</w:t>
            </w:r>
          </w:p>
        </w:tc>
        <w:tc>
          <w:tcPr>
            <w:tcW w:w="708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7FAF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31BC517" w14:textId="77777777" w:rsidR="0012218F" w:rsidRDefault="00000000">
            <w:pPr>
              <w:spacing w:after="40" w:line="240" w:lineRule="auto"/>
            </w:pPr>
            <w:r>
              <w:rPr>
                <w:sz w:val="18"/>
              </w:rPr>
              <w:t>Učitelji/nastavnici drugih predmeta, stručni suradnici, školski knjižničar i drugi suradnici, ovisno o odabranoj temi projekta</w:t>
            </w:r>
          </w:p>
        </w:tc>
      </w:tr>
      <w:tr w:rsidR="0012218F" w14:paraId="22F73853" w14:textId="77777777">
        <w:trPr>
          <w:jc w:val="center"/>
        </w:trPr>
        <w:tc>
          <w:tcPr>
            <w:tcW w:w="283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81EF1FC" w14:textId="77777777" w:rsidR="0012218F" w:rsidRDefault="00000000">
            <w:pPr>
              <w:spacing w:after="40" w:line="240" w:lineRule="auto"/>
            </w:pPr>
            <w:r>
              <w:rPr>
                <w:b/>
                <w:color w:val="1F4E79"/>
                <w:sz w:val="18"/>
              </w:rPr>
              <w:t>Ciljna skupina</w:t>
            </w:r>
          </w:p>
        </w:tc>
        <w:tc>
          <w:tcPr>
            <w:tcW w:w="708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6360F56" w14:textId="77777777" w:rsidR="0012218F" w:rsidRDefault="00000000">
            <w:pPr>
              <w:spacing w:after="40" w:line="240" w:lineRule="auto"/>
            </w:pPr>
            <w:r>
              <w:rPr>
                <w:sz w:val="18"/>
              </w:rPr>
              <w:t>Učenici osnovnih i srednjih škola</w:t>
            </w:r>
          </w:p>
        </w:tc>
      </w:tr>
      <w:tr w:rsidR="0012218F" w14:paraId="2AAB0A51" w14:textId="77777777">
        <w:trPr>
          <w:jc w:val="center"/>
        </w:trPr>
        <w:tc>
          <w:tcPr>
            <w:tcW w:w="283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389914" w14:textId="77777777" w:rsidR="0012218F" w:rsidRDefault="00000000">
            <w:pPr>
              <w:spacing w:after="40" w:line="240" w:lineRule="auto"/>
            </w:pPr>
            <w:r>
              <w:rPr>
                <w:b/>
                <w:color w:val="1F4E79"/>
                <w:sz w:val="18"/>
              </w:rPr>
              <w:t>Razred/i</w:t>
            </w:r>
          </w:p>
        </w:tc>
        <w:tc>
          <w:tcPr>
            <w:tcW w:w="708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7FAF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3554E55" w14:textId="77777777" w:rsidR="0012218F" w:rsidRDefault="00000000">
            <w:pPr>
              <w:spacing w:after="40" w:line="240" w:lineRule="auto"/>
            </w:pPr>
            <w:r>
              <w:rPr>
                <w:sz w:val="18"/>
              </w:rPr>
              <w:t>______________________________</w:t>
            </w:r>
          </w:p>
        </w:tc>
      </w:tr>
      <w:tr w:rsidR="0012218F" w14:paraId="5D370E99" w14:textId="77777777">
        <w:trPr>
          <w:jc w:val="center"/>
        </w:trPr>
        <w:tc>
          <w:tcPr>
            <w:tcW w:w="283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EB798F8" w14:textId="77777777" w:rsidR="0012218F" w:rsidRDefault="00000000">
            <w:pPr>
              <w:spacing w:after="40" w:line="240" w:lineRule="auto"/>
            </w:pPr>
            <w:r>
              <w:rPr>
                <w:b/>
                <w:color w:val="1F4E79"/>
                <w:sz w:val="18"/>
              </w:rPr>
              <w:t>Vrijeme provedbe</w:t>
            </w:r>
          </w:p>
        </w:tc>
        <w:tc>
          <w:tcPr>
            <w:tcW w:w="708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474503D" w14:textId="77777777" w:rsidR="0012218F" w:rsidRDefault="00000000">
            <w:pPr>
              <w:spacing w:after="40" w:line="240" w:lineRule="auto"/>
            </w:pPr>
            <w:r>
              <w:rPr>
                <w:sz w:val="18"/>
              </w:rPr>
              <w:t>Nastavna godina 2026./2027.</w:t>
            </w:r>
          </w:p>
        </w:tc>
      </w:tr>
      <w:tr w:rsidR="0012218F" w14:paraId="4F930339" w14:textId="77777777">
        <w:trPr>
          <w:jc w:val="center"/>
        </w:trPr>
        <w:tc>
          <w:tcPr>
            <w:tcW w:w="283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437E6A4" w14:textId="77777777" w:rsidR="0012218F" w:rsidRDefault="00000000">
            <w:pPr>
              <w:spacing w:after="40" w:line="240" w:lineRule="auto"/>
            </w:pPr>
            <w:r>
              <w:rPr>
                <w:b/>
                <w:color w:val="1F4E79"/>
                <w:sz w:val="18"/>
              </w:rPr>
              <w:t>Tema projekta</w:t>
            </w:r>
          </w:p>
        </w:tc>
        <w:tc>
          <w:tcPr>
            <w:tcW w:w="708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7FAF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6A2DBA1" w14:textId="4B505C39" w:rsidR="0010125C" w:rsidRPr="0010125C" w:rsidRDefault="00000000" w:rsidP="0010125C">
            <w:pPr>
              <w:pStyle w:val="Odlomakpopisa"/>
              <w:numPr>
                <w:ilvl w:val="0"/>
                <w:numId w:val="10"/>
              </w:numPr>
              <w:spacing w:after="40" w:line="240" w:lineRule="auto"/>
              <w:rPr>
                <w:sz w:val="18"/>
              </w:rPr>
            </w:pPr>
            <w:proofErr w:type="spellStart"/>
            <w:r w:rsidRPr="0010125C">
              <w:rPr>
                <w:sz w:val="18"/>
              </w:rPr>
              <w:t>Njihovo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djetinjstvo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nije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smjelo</w:t>
            </w:r>
            <w:proofErr w:type="spellEnd"/>
            <w:r w:rsidRPr="0010125C">
              <w:rPr>
                <w:sz w:val="18"/>
              </w:rPr>
              <w:t xml:space="preserve"> završiti – djeca stradala u Domovinskom ratu </w:t>
            </w:r>
          </w:p>
          <w:p w14:paraId="089C0AF0" w14:textId="52375A78" w:rsidR="0010125C" w:rsidRPr="0010125C" w:rsidRDefault="00000000" w:rsidP="0010125C">
            <w:pPr>
              <w:pStyle w:val="Odlomakpopisa"/>
              <w:numPr>
                <w:ilvl w:val="0"/>
                <w:numId w:val="10"/>
              </w:numPr>
              <w:spacing w:after="40" w:line="240" w:lineRule="auto"/>
              <w:rPr>
                <w:sz w:val="18"/>
              </w:rPr>
            </w:pPr>
            <w:r w:rsidRPr="0010125C">
              <w:rPr>
                <w:sz w:val="18"/>
              </w:rPr>
              <w:t xml:space="preserve">Kad </w:t>
            </w:r>
            <w:proofErr w:type="spellStart"/>
            <w:r w:rsidRPr="0010125C">
              <w:rPr>
                <w:sz w:val="18"/>
              </w:rPr>
              <w:t>su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naši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roditelji</w:t>
            </w:r>
            <w:proofErr w:type="spellEnd"/>
            <w:r w:rsidRPr="0010125C">
              <w:rPr>
                <w:sz w:val="18"/>
              </w:rPr>
              <w:t xml:space="preserve"> bili djeca – priče ratnog djetinjstva </w:t>
            </w:r>
          </w:p>
          <w:p w14:paraId="1F357B9B" w14:textId="6D5B5F1C" w:rsidR="0010125C" w:rsidRPr="0010125C" w:rsidRDefault="00000000" w:rsidP="0010125C">
            <w:pPr>
              <w:pStyle w:val="Odlomakpopisa"/>
              <w:numPr>
                <w:ilvl w:val="0"/>
                <w:numId w:val="10"/>
              </w:numPr>
              <w:spacing w:after="40" w:line="240" w:lineRule="auto"/>
              <w:rPr>
                <w:sz w:val="18"/>
              </w:rPr>
            </w:pPr>
            <w:proofErr w:type="spellStart"/>
            <w:r w:rsidRPr="0010125C">
              <w:rPr>
                <w:sz w:val="18"/>
              </w:rPr>
              <w:t>Naša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škola</w:t>
            </w:r>
            <w:proofErr w:type="spellEnd"/>
            <w:r w:rsidRPr="0010125C">
              <w:rPr>
                <w:sz w:val="18"/>
              </w:rPr>
              <w:t xml:space="preserve"> u </w:t>
            </w:r>
            <w:proofErr w:type="spellStart"/>
            <w:r w:rsidRPr="0010125C">
              <w:rPr>
                <w:sz w:val="18"/>
              </w:rPr>
              <w:t>ratnim</w:t>
            </w:r>
            <w:proofErr w:type="spellEnd"/>
            <w:r w:rsidRPr="0010125C">
              <w:rPr>
                <w:sz w:val="18"/>
              </w:rPr>
              <w:t xml:space="preserve"> godinama </w:t>
            </w:r>
          </w:p>
          <w:p w14:paraId="0F97DA01" w14:textId="61D3B968" w:rsidR="0012218F" w:rsidRDefault="00000000" w:rsidP="0010125C">
            <w:pPr>
              <w:pStyle w:val="Odlomakpopisa"/>
              <w:numPr>
                <w:ilvl w:val="0"/>
                <w:numId w:val="10"/>
              </w:numPr>
              <w:spacing w:after="40" w:line="240" w:lineRule="auto"/>
            </w:pPr>
            <w:r w:rsidRPr="0010125C">
              <w:rPr>
                <w:sz w:val="18"/>
              </w:rPr>
              <w:t xml:space="preserve">Druga </w:t>
            </w:r>
            <w:proofErr w:type="spellStart"/>
            <w:r w:rsidRPr="0010125C">
              <w:rPr>
                <w:sz w:val="18"/>
              </w:rPr>
              <w:t>tema</w:t>
            </w:r>
            <w:proofErr w:type="spellEnd"/>
            <w:r w:rsidRPr="0010125C">
              <w:rPr>
                <w:sz w:val="18"/>
              </w:rPr>
              <w:t>: ______________________________</w:t>
            </w:r>
          </w:p>
        </w:tc>
      </w:tr>
      <w:tr w:rsidR="0012218F" w14:paraId="2039677C" w14:textId="77777777">
        <w:trPr>
          <w:jc w:val="center"/>
        </w:trPr>
        <w:tc>
          <w:tcPr>
            <w:tcW w:w="283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EF77A6" w14:textId="77777777" w:rsidR="0012218F" w:rsidRDefault="00000000">
            <w:pPr>
              <w:spacing w:after="40" w:line="240" w:lineRule="auto"/>
            </w:pPr>
            <w:r>
              <w:rPr>
                <w:b/>
                <w:color w:val="1F4E79"/>
                <w:sz w:val="18"/>
              </w:rPr>
              <w:t>Cilj projekta</w:t>
            </w:r>
          </w:p>
        </w:tc>
        <w:tc>
          <w:tcPr>
            <w:tcW w:w="708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6793712" w14:textId="0005D504" w:rsidR="0010125C" w:rsidRPr="0010125C" w:rsidRDefault="0010125C" w:rsidP="0010125C">
            <w:pPr>
              <w:pStyle w:val="Odlomakpopisa"/>
              <w:numPr>
                <w:ilvl w:val="0"/>
                <w:numId w:val="11"/>
              </w:numPr>
              <w:spacing w:after="40" w:line="240" w:lineRule="auto"/>
              <w:rPr>
                <w:sz w:val="18"/>
              </w:rPr>
            </w:pPr>
            <w:proofErr w:type="spellStart"/>
            <w:r w:rsidRPr="0010125C">
              <w:rPr>
                <w:sz w:val="18"/>
              </w:rPr>
              <w:t>u</w:t>
            </w:r>
            <w:r w:rsidR="00000000" w:rsidRPr="0010125C">
              <w:rPr>
                <w:sz w:val="18"/>
              </w:rPr>
              <w:t>poznati</w:t>
            </w:r>
            <w:proofErr w:type="spellEnd"/>
            <w:r w:rsidR="00000000" w:rsidRPr="0010125C">
              <w:rPr>
                <w:sz w:val="18"/>
              </w:rPr>
              <w:t xml:space="preserve"> učenike s iskustvima djece tijekom Domovinskog rata te ih potaknuti na istraživanje lokalne povijesti, osobnih </w:t>
            </w:r>
            <w:proofErr w:type="spellStart"/>
            <w:r w:rsidR="00000000" w:rsidRPr="0010125C">
              <w:rPr>
                <w:sz w:val="18"/>
              </w:rPr>
              <w:t>svjedočanstava</w:t>
            </w:r>
            <w:proofErr w:type="spellEnd"/>
            <w:r w:rsidR="00000000" w:rsidRPr="0010125C">
              <w:rPr>
                <w:sz w:val="18"/>
              </w:rPr>
              <w:t xml:space="preserve"> </w:t>
            </w:r>
            <w:proofErr w:type="spellStart"/>
            <w:r w:rsidR="00000000" w:rsidRPr="0010125C">
              <w:rPr>
                <w:sz w:val="18"/>
              </w:rPr>
              <w:t>i</w:t>
            </w:r>
            <w:proofErr w:type="spellEnd"/>
            <w:r w:rsidR="00000000" w:rsidRPr="0010125C">
              <w:rPr>
                <w:sz w:val="18"/>
              </w:rPr>
              <w:t xml:space="preserve"> </w:t>
            </w:r>
            <w:proofErr w:type="spellStart"/>
            <w:r w:rsidR="00000000" w:rsidRPr="0010125C">
              <w:rPr>
                <w:sz w:val="18"/>
              </w:rPr>
              <w:t>povijesnih</w:t>
            </w:r>
            <w:proofErr w:type="spellEnd"/>
            <w:r w:rsidR="00000000" w:rsidRPr="0010125C">
              <w:rPr>
                <w:sz w:val="18"/>
              </w:rPr>
              <w:t xml:space="preserve"> </w:t>
            </w:r>
            <w:proofErr w:type="spellStart"/>
            <w:r w:rsidR="00000000" w:rsidRPr="0010125C">
              <w:rPr>
                <w:sz w:val="18"/>
              </w:rPr>
              <w:t>izvora</w:t>
            </w:r>
            <w:proofErr w:type="spellEnd"/>
          </w:p>
          <w:p w14:paraId="5027AFCF" w14:textId="77777777" w:rsidR="0010125C" w:rsidRPr="0010125C" w:rsidRDefault="0010125C" w:rsidP="0010125C">
            <w:pPr>
              <w:pStyle w:val="Odlomakpopisa"/>
              <w:numPr>
                <w:ilvl w:val="0"/>
                <w:numId w:val="11"/>
              </w:numPr>
              <w:spacing w:after="40" w:line="240" w:lineRule="auto"/>
              <w:rPr>
                <w:sz w:val="18"/>
              </w:rPr>
            </w:pPr>
            <w:proofErr w:type="spellStart"/>
            <w:r w:rsidRPr="0010125C">
              <w:rPr>
                <w:sz w:val="18"/>
              </w:rPr>
              <w:t>r</w:t>
            </w:r>
            <w:r w:rsidR="00000000" w:rsidRPr="0010125C">
              <w:rPr>
                <w:sz w:val="18"/>
              </w:rPr>
              <w:t>azvijati</w:t>
            </w:r>
            <w:proofErr w:type="spellEnd"/>
            <w:r w:rsidR="00000000" w:rsidRPr="0010125C">
              <w:rPr>
                <w:sz w:val="18"/>
              </w:rPr>
              <w:t xml:space="preserve"> </w:t>
            </w:r>
            <w:proofErr w:type="spellStart"/>
            <w:r w:rsidR="00000000" w:rsidRPr="0010125C">
              <w:rPr>
                <w:sz w:val="18"/>
              </w:rPr>
              <w:t>kulturu</w:t>
            </w:r>
            <w:proofErr w:type="spellEnd"/>
            <w:r w:rsidR="00000000" w:rsidRPr="0010125C">
              <w:rPr>
                <w:sz w:val="18"/>
              </w:rPr>
              <w:t xml:space="preserve"> </w:t>
            </w:r>
            <w:proofErr w:type="spellStart"/>
            <w:r w:rsidR="00000000" w:rsidRPr="0010125C">
              <w:rPr>
                <w:sz w:val="18"/>
              </w:rPr>
              <w:t>sjećanja</w:t>
            </w:r>
            <w:proofErr w:type="spellEnd"/>
            <w:r w:rsidR="00000000" w:rsidRPr="0010125C">
              <w:rPr>
                <w:sz w:val="18"/>
              </w:rPr>
              <w:t xml:space="preserve">, </w:t>
            </w:r>
            <w:proofErr w:type="spellStart"/>
            <w:r w:rsidR="00000000" w:rsidRPr="0010125C">
              <w:rPr>
                <w:sz w:val="18"/>
              </w:rPr>
              <w:t>empatiju</w:t>
            </w:r>
            <w:proofErr w:type="spellEnd"/>
            <w:r w:rsidR="00000000" w:rsidRPr="0010125C">
              <w:rPr>
                <w:sz w:val="18"/>
              </w:rPr>
              <w:t xml:space="preserve"> </w:t>
            </w:r>
            <w:proofErr w:type="spellStart"/>
            <w:r w:rsidR="00000000" w:rsidRPr="0010125C">
              <w:rPr>
                <w:sz w:val="18"/>
              </w:rPr>
              <w:t>i</w:t>
            </w:r>
            <w:proofErr w:type="spellEnd"/>
            <w:r w:rsidR="00000000" w:rsidRPr="0010125C">
              <w:rPr>
                <w:sz w:val="18"/>
              </w:rPr>
              <w:t xml:space="preserve"> odgovoran odnos prema prošlosti </w:t>
            </w:r>
          </w:p>
          <w:p w14:paraId="5ECE0241" w14:textId="616625C1" w:rsidR="0012218F" w:rsidRDefault="00000000" w:rsidP="0010125C">
            <w:pPr>
              <w:pStyle w:val="Odlomakpopisa"/>
              <w:numPr>
                <w:ilvl w:val="0"/>
                <w:numId w:val="11"/>
              </w:numPr>
              <w:spacing w:after="40" w:line="240" w:lineRule="auto"/>
            </w:pPr>
            <w:proofErr w:type="spellStart"/>
            <w:r w:rsidRPr="0010125C">
              <w:rPr>
                <w:sz w:val="18"/>
              </w:rPr>
              <w:t>pridonijeti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očuvanju</w:t>
            </w:r>
            <w:proofErr w:type="spellEnd"/>
            <w:r w:rsidRPr="0010125C">
              <w:rPr>
                <w:sz w:val="18"/>
              </w:rPr>
              <w:t xml:space="preserve"> sjećanja na djecu čije je </w:t>
            </w:r>
            <w:proofErr w:type="spellStart"/>
            <w:r w:rsidRPr="0010125C">
              <w:rPr>
                <w:sz w:val="18"/>
              </w:rPr>
              <w:t>odrastanje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obilježio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Domovinski</w:t>
            </w:r>
            <w:proofErr w:type="spellEnd"/>
            <w:r w:rsidRPr="0010125C">
              <w:rPr>
                <w:sz w:val="18"/>
              </w:rPr>
              <w:t xml:space="preserve"> rat</w:t>
            </w:r>
            <w:r w:rsidR="0010125C">
              <w:rPr>
                <w:sz w:val="18"/>
              </w:rPr>
              <w:t>.</w:t>
            </w:r>
          </w:p>
        </w:tc>
      </w:tr>
      <w:tr w:rsidR="0012218F" w14:paraId="1B2E8E7B" w14:textId="77777777">
        <w:trPr>
          <w:jc w:val="center"/>
        </w:trPr>
        <w:tc>
          <w:tcPr>
            <w:tcW w:w="283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43BACA" w14:textId="77777777" w:rsidR="0012218F" w:rsidRDefault="00000000">
            <w:pPr>
              <w:spacing w:after="40" w:line="240" w:lineRule="auto"/>
            </w:pPr>
            <w:r>
              <w:rPr>
                <w:b/>
                <w:color w:val="1F4E79"/>
                <w:sz w:val="18"/>
              </w:rPr>
              <w:t>Odgojno-obrazovni ciljevi</w:t>
            </w:r>
          </w:p>
        </w:tc>
        <w:tc>
          <w:tcPr>
            <w:tcW w:w="708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7FAF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4036DEE" w14:textId="6BDB4496" w:rsidR="0010125C" w:rsidRPr="0010125C" w:rsidRDefault="0010125C" w:rsidP="0010125C">
            <w:pPr>
              <w:pStyle w:val="Odlomakpopisa"/>
              <w:numPr>
                <w:ilvl w:val="0"/>
                <w:numId w:val="12"/>
              </w:numPr>
              <w:spacing w:after="40" w:line="240" w:lineRule="auto"/>
              <w:rPr>
                <w:sz w:val="18"/>
              </w:rPr>
            </w:pPr>
            <w:proofErr w:type="spellStart"/>
            <w:r w:rsidRPr="0010125C">
              <w:rPr>
                <w:sz w:val="18"/>
              </w:rPr>
              <w:t>r</w:t>
            </w:r>
            <w:r w:rsidR="00000000" w:rsidRPr="0010125C">
              <w:rPr>
                <w:sz w:val="18"/>
              </w:rPr>
              <w:t>azvijati</w:t>
            </w:r>
            <w:proofErr w:type="spellEnd"/>
            <w:r w:rsidR="00000000" w:rsidRPr="0010125C">
              <w:rPr>
                <w:sz w:val="18"/>
              </w:rPr>
              <w:t xml:space="preserve"> </w:t>
            </w:r>
            <w:proofErr w:type="spellStart"/>
            <w:r w:rsidR="00000000" w:rsidRPr="0010125C">
              <w:rPr>
                <w:sz w:val="18"/>
              </w:rPr>
              <w:t>sposobnost</w:t>
            </w:r>
            <w:proofErr w:type="spellEnd"/>
            <w:r w:rsidR="00000000" w:rsidRPr="0010125C">
              <w:rPr>
                <w:sz w:val="18"/>
              </w:rPr>
              <w:t xml:space="preserve"> </w:t>
            </w:r>
            <w:proofErr w:type="spellStart"/>
            <w:r w:rsidR="00000000" w:rsidRPr="0010125C">
              <w:rPr>
                <w:sz w:val="18"/>
              </w:rPr>
              <w:t>istraživanja</w:t>
            </w:r>
            <w:proofErr w:type="spellEnd"/>
            <w:r w:rsidR="00000000" w:rsidRPr="0010125C">
              <w:rPr>
                <w:sz w:val="18"/>
              </w:rPr>
              <w:t xml:space="preserve"> </w:t>
            </w:r>
            <w:proofErr w:type="spellStart"/>
            <w:r w:rsidR="00000000" w:rsidRPr="0010125C">
              <w:rPr>
                <w:sz w:val="18"/>
              </w:rPr>
              <w:t>i</w:t>
            </w:r>
            <w:proofErr w:type="spellEnd"/>
            <w:r w:rsidR="00000000" w:rsidRPr="0010125C">
              <w:rPr>
                <w:sz w:val="18"/>
              </w:rPr>
              <w:t xml:space="preserve"> </w:t>
            </w:r>
            <w:proofErr w:type="spellStart"/>
            <w:r w:rsidR="00000000" w:rsidRPr="0010125C">
              <w:rPr>
                <w:sz w:val="18"/>
              </w:rPr>
              <w:t>kritičkog</w:t>
            </w:r>
            <w:proofErr w:type="spellEnd"/>
            <w:r w:rsidR="00000000" w:rsidRPr="0010125C">
              <w:rPr>
                <w:sz w:val="18"/>
              </w:rPr>
              <w:t xml:space="preserve"> </w:t>
            </w:r>
            <w:proofErr w:type="spellStart"/>
            <w:r w:rsidR="00000000" w:rsidRPr="0010125C">
              <w:rPr>
                <w:sz w:val="18"/>
              </w:rPr>
              <w:t>vrednovanja</w:t>
            </w:r>
            <w:proofErr w:type="spellEnd"/>
            <w:r w:rsidR="00000000" w:rsidRPr="0010125C">
              <w:rPr>
                <w:sz w:val="18"/>
              </w:rPr>
              <w:t xml:space="preserve"> </w:t>
            </w:r>
            <w:proofErr w:type="spellStart"/>
            <w:r w:rsidR="00000000" w:rsidRPr="0010125C">
              <w:rPr>
                <w:sz w:val="18"/>
              </w:rPr>
              <w:t>povijesnih</w:t>
            </w:r>
            <w:proofErr w:type="spellEnd"/>
            <w:r w:rsidR="00000000" w:rsidRPr="0010125C">
              <w:rPr>
                <w:sz w:val="18"/>
              </w:rPr>
              <w:t xml:space="preserve"> </w:t>
            </w:r>
            <w:proofErr w:type="spellStart"/>
            <w:r w:rsidR="00000000" w:rsidRPr="0010125C">
              <w:rPr>
                <w:sz w:val="18"/>
              </w:rPr>
              <w:t>izvora</w:t>
            </w:r>
            <w:proofErr w:type="spellEnd"/>
          </w:p>
          <w:p w14:paraId="3B4832FE" w14:textId="77777777" w:rsidR="0010125C" w:rsidRPr="0010125C" w:rsidRDefault="00000000" w:rsidP="0010125C">
            <w:pPr>
              <w:pStyle w:val="Odlomakpopisa"/>
              <w:numPr>
                <w:ilvl w:val="0"/>
                <w:numId w:val="12"/>
              </w:numPr>
              <w:spacing w:after="40" w:line="240" w:lineRule="auto"/>
              <w:rPr>
                <w:sz w:val="18"/>
              </w:rPr>
            </w:pPr>
            <w:proofErr w:type="spellStart"/>
            <w:r w:rsidRPr="0010125C">
              <w:rPr>
                <w:sz w:val="18"/>
              </w:rPr>
              <w:t>upoznati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iskustva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djece</w:t>
            </w:r>
            <w:proofErr w:type="spellEnd"/>
            <w:r w:rsidRPr="0010125C">
              <w:rPr>
                <w:sz w:val="18"/>
              </w:rPr>
              <w:t xml:space="preserve"> u </w:t>
            </w:r>
            <w:proofErr w:type="spellStart"/>
            <w:r w:rsidRPr="0010125C">
              <w:rPr>
                <w:sz w:val="18"/>
              </w:rPr>
              <w:t>Domovinskom</w:t>
            </w:r>
            <w:proofErr w:type="spellEnd"/>
            <w:r w:rsidRPr="0010125C">
              <w:rPr>
                <w:sz w:val="18"/>
              </w:rPr>
              <w:t xml:space="preserve"> ratu</w:t>
            </w:r>
          </w:p>
          <w:p w14:paraId="4ACEDAC4" w14:textId="77777777" w:rsidR="0010125C" w:rsidRPr="0010125C" w:rsidRDefault="00000000" w:rsidP="0010125C">
            <w:pPr>
              <w:pStyle w:val="Odlomakpopisa"/>
              <w:numPr>
                <w:ilvl w:val="0"/>
                <w:numId w:val="12"/>
              </w:numPr>
              <w:spacing w:after="40" w:line="240" w:lineRule="auto"/>
              <w:rPr>
                <w:sz w:val="18"/>
              </w:rPr>
            </w:pPr>
            <w:proofErr w:type="spellStart"/>
            <w:r w:rsidRPr="0010125C">
              <w:rPr>
                <w:sz w:val="18"/>
              </w:rPr>
              <w:t>razvijati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istraživačke</w:t>
            </w:r>
            <w:proofErr w:type="spellEnd"/>
            <w:r w:rsidRPr="0010125C">
              <w:rPr>
                <w:sz w:val="18"/>
              </w:rPr>
              <w:t xml:space="preserve">, </w:t>
            </w:r>
            <w:proofErr w:type="spellStart"/>
            <w:r w:rsidRPr="0010125C">
              <w:rPr>
                <w:sz w:val="18"/>
              </w:rPr>
              <w:t>komunikacijske</w:t>
            </w:r>
            <w:proofErr w:type="spellEnd"/>
            <w:r w:rsidRPr="0010125C">
              <w:rPr>
                <w:sz w:val="18"/>
              </w:rPr>
              <w:t xml:space="preserve">, </w:t>
            </w:r>
            <w:proofErr w:type="spellStart"/>
            <w:r w:rsidRPr="0010125C">
              <w:rPr>
                <w:sz w:val="18"/>
              </w:rPr>
              <w:t>digitalne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i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prezentacijske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vještine</w:t>
            </w:r>
            <w:proofErr w:type="spellEnd"/>
          </w:p>
          <w:p w14:paraId="0F95B4CF" w14:textId="77777777" w:rsidR="0010125C" w:rsidRPr="0010125C" w:rsidRDefault="00000000" w:rsidP="0010125C">
            <w:pPr>
              <w:pStyle w:val="Odlomakpopisa"/>
              <w:numPr>
                <w:ilvl w:val="0"/>
                <w:numId w:val="12"/>
              </w:numPr>
              <w:spacing w:after="40" w:line="240" w:lineRule="auto"/>
              <w:rPr>
                <w:sz w:val="18"/>
              </w:rPr>
            </w:pPr>
            <w:proofErr w:type="spellStart"/>
            <w:r w:rsidRPr="0010125C">
              <w:rPr>
                <w:sz w:val="18"/>
              </w:rPr>
              <w:t>poticati</w:t>
            </w:r>
            <w:proofErr w:type="spellEnd"/>
            <w:r w:rsidRPr="0010125C">
              <w:rPr>
                <w:sz w:val="18"/>
              </w:rPr>
              <w:t xml:space="preserve"> interes za </w:t>
            </w:r>
            <w:proofErr w:type="spellStart"/>
            <w:r w:rsidRPr="0010125C">
              <w:rPr>
                <w:sz w:val="18"/>
              </w:rPr>
              <w:t>lokalnu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i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zavičajnu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povijest</w:t>
            </w:r>
            <w:proofErr w:type="spellEnd"/>
          </w:p>
          <w:p w14:paraId="0A2DC631" w14:textId="77777777" w:rsidR="0010125C" w:rsidRPr="0010125C" w:rsidRDefault="00000000" w:rsidP="0010125C">
            <w:pPr>
              <w:pStyle w:val="Odlomakpopisa"/>
              <w:numPr>
                <w:ilvl w:val="0"/>
                <w:numId w:val="12"/>
              </w:numPr>
              <w:spacing w:after="40" w:line="240" w:lineRule="auto"/>
              <w:rPr>
                <w:sz w:val="18"/>
              </w:rPr>
            </w:pPr>
            <w:proofErr w:type="spellStart"/>
            <w:r w:rsidRPr="0010125C">
              <w:rPr>
                <w:sz w:val="18"/>
              </w:rPr>
              <w:t>razvijati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empatiju</w:t>
            </w:r>
            <w:proofErr w:type="spellEnd"/>
            <w:r w:rsidRPr="0010125C">
              <w:rPr>
                <w:sz w:val="18"/>
              </w:rPr>
              <w:t xml:space="preserve">, </w:t>
            </w:r>
            <w:proofErr w:type="spellStart"/>
            <w:r w:rsidRPr="0010125C">
              <w:rPr>
                <w:sz w:val="18"/>
              </w:rPr>
              <w:t>odgovornost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i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poštovanje</w:t>
            </w:r>
            <w:proofErr w:type="spellEnd"/>
            <w:r w:rsidRPr="0010125C">
              <w:rPr>
                <w:sz w:val="18"/>
              </w:rPr>
              <w:t xml:space="preserve"> prema </w:t>
            </w:r>
            <w:proofErr w:type="spellStart"/>
            <w:r w:rsidRPr="0010125C">
              <w:rPr>
                <w:sz w:val="18"/>
              </w:rPr>
              <w:t>žrtvama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i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njihovim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obiteljima</w:t>
            </w:r>
            <w:proofErr w:type="spellEnd"/>
          </w:p>
          <w:p w14:paraId="2261C0CF" w14:textId="15877F5D" w:rsidR="0012218F" w:rsidRDefault="00000000" w:rsidP="0010125C">
            <w:pPr>
              <w:pStyle w:val="Odlomakpopisa"/>
              <w:numPr>
                <w:ilvl w:val="0"/>
                <w:numId w:val="12"/>
              </w:numPr>
              <w:spacing w:after="40" w:line="240" w:lineRule="auto"/>
            </w:pPr>
            <w:proofErr w:type="spellStart"/>
            <w:r w:rsidRPr="0010125C">
              <w:rPr>
                <w:sz w:val="18"/>
              </w:rPr>
              <w:t>poticati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suradničko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i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interdisciplinarno</w:t>
            </w:r>
            <w:proofErr w:type="spellEnd"/>
            <w:r w:rsidRPr="0010125C">
              <w:rPr>
                <w:sz w:val="18"/>
              </w:rPr>
              <w:t xml:space="preserve"> </w:t>
            </w:r>
            <w:proofErr w:type="spellStart"/>
            <w:r w:rsidRPr="0010125C">
              <w:rPr>
                <w:sz w:val="18"/>
              </w:rPr>
              <w:t>učenje</w:t>
            </w:r>
            <w:proofErr w:type="spellEnd"/>
            <w:r w:rsidRPr="0010125C">
              <w:rPr>
                <w:sz w:val="18"/>
              </w:rPr>
              <w:t>.</w:t>
            </w:r>
          </w:p>
        </w:tc>
      </w:tr>
      <w:tr w:rsidR="0012218F" w14:paraId="7EB2E9FB" w14:textId="77777777">
        <w:trPr>
          <w:jc w:val="center"/>
        </w:trPr>
        <w:tc>
          <w:tcPr>
            <w:tcW w:w="283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41CD0E2" w14:textId="77777777" w:rsidR="0012218F" w:rsidRDefault="00000000">
            <w:pPr>
              <w:spacing w:after="40" w:line="240" w:lineRule="auto"/>
            </w:pPr>
            <w:r>
              <w:rPr>
                <w:b/>
                <w:color w:val="1F4E79"/>
                <w:sz w:val="18"/>
              </w:rPr>
              <w:t>Namjena projekta</w:t>
            </w:r>
          </w:p>
        </w:tc>
        <w:tc>
          <w:tcPr>
            <w:tcW w:w="708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8663E4" w14:textId="77777777" w:rsidR="0012218F" w:rsidRDefault="00000000">
            <w:pPr>
              <w:spacing w:after="40" w:line="240" w:lineRule="auto"/>
            </w:pPr>
            <w:r>
              <w:rPr>
                <w:sz w:val="18"/>
              </w:rPr>
              <w:t>Projekt je namijenjen učenicima koji će uz vodstvo mentora istraživati odabranu temu povezanu s ratnim djetinjstvom. Poseban naglasak stavlja se na aktivnu ulogu učenika, rad s izvorima, istraživanje lokalne povijesti i primjereno predstavljanje rezultata istraživanja.</w:t>
            </w:r>
          </w:p>
        </w:tc>
      </w:tr>
      <w:tr w:rsidR="0012218F" w14:paraId="0BE68DD5" w14:textId="77777777">
        <w:trPr>
          <w:jc w:val="center"/>
        </w:trPr>
        <w:tc>
          <w:tcPr>
            <w:tcW w:w="283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0C73F51" w14:textId="77777777" w:rsidR="0012218F" w:rsidRDefault="00000000">
            <w:pPr>
              <w:spacing w:after="40" w:line="240" w:lineRule="auto"/>
            </w:pPr>
            <w:r>
              <w:rPr>
                <w:b/>
                <w:color w:val="1F4E79"/>
                <w:sz w:val="18"/>
              </w:rPr>
              <w:t>Način realizacije</w:t>
            </w:r>
          </w:p>
        </w:tc>
        <w:tc>
          <w:tcPr>
            <w:tcW w:w="708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7FAF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D4C716" w14:textId="77777777" w:rsidR="0012218F" w:rsidRDefault="00000000">
            <w:pPr>
              <w:spacing w:after="40" w:line="240" w:lineRule="auto"/>
            </w:pPr>
            <w:r>
              <w:rPr>
                <w:sz w:val="18"/>
              </w:rPr>
              <w:t>Upoznavanje učenika s temom; odabir istraživačkog pitanja; podjela zadataka; prikupljanje i proučavanje povijesnih izvora; istraživanje školske i lokalne povijesti; razgovori sa svjedocima i drugim relevantnim osobama; analiza i obrada prikupljenih podataka; izrada završnog proizvoda; predstavljanje rezultata projekta.</w:t>
            </w:r>
          </w:p>
        </w:tc>
      </w:tr>
      <w:tr w:rsidR="0012218F" w14:paraId="11C0163C" w14:textId="77777777">
        <w:trPr>
          <w:jc w:val="center"/>
        </w:trPr>
        <w:tc>
          <w:tcPr>
            <w:tcW w:w="283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6DBDB01" w14:textId="77777777" w:rsidR="0012218F" w:rsidRDefault="00000000">
            <w:pPr>
              <w:spacing w:after="40" w:line="240" w:lineRule="auto"/>
            </w:pPr>
            <w:r>
              <w:rPr>
                <w:b/>
                <w:color w:val="1F4E79"/>
                <w:sz w:val="18"/>
              </w:rPr>
              <w:t>Moguće aktivnosti učenika</w:t>
            </w:r>
          </w:p>
        </w:tc>
        <w:tc>
          <w:tcPr>
            <w:tcW w:w="708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B6D78CC" w14:textId="77777777" w:rsidR="0012218F" w:rsidRDefault="00000000">
            <w:pPr>
              <w:spacing w:after="40" w:line="240" w:lineRule="auto"/>
            </w:pPr>
            <w:r>
              <w:rPr>
                <w:sz w:val="18"/>
              </w:rPr>
              <w:t>Istraživanje literature, arhivske i novinske građe, školskih spomenica i drugih izvora; analiza fotografija, pisama, dokumenata i osobnih zapisa; provođenje i snimanje intervjua; terensko istraživanje; izrada tekstova, prezentacija, izložbi, videopriloga, kratkih dokumentarnih filmova, podcasta, reportaža, fotografskih priča i drugih učeničkih radova.</w:t>
            </w:r>
          </w:p>
        </w:tc>
      </w:tr>
      <w:tr w:rsidR="0012218F" w14:paraId="7C0898D1" w14:textId="77777777">
        <w:trPr>
          <w:jc w:val="center"/>
        </w:trPr>
        <w:tc>
          <w:tcPr>
            <w:tcW w:w="283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121B366" w14:textId="77777777" w:rsidR="0012218F" w:rsidRDefault="00000000">
            <w:pPr>
              <w:spacing w:after="40" w:line="240" w:lineRule="auto"/>
            </w:pPr>
            <w:r>
              <w:rPr>
                <w:b/>
                <w:color w:val="1F4E79"/>
                <w:sz w:val="18"/>
              </w:rPr>
              <w:t>Etička načela provedbe</w:t>
            </w:r>
          </w:p>
        </w:tc>
        <w:tc>
          <w:tcPr>
            <w:tcW w:w="708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7FAF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EBFAFD" w14:textId="77777777" w:rsidR="0012218F" w:rsidRDefault="00000000">
            <w:pPr>
              <w:spacing w:after="40" w:line="240" w:lineRule="auto"/>
            </w:pPr>
            <w:r>
              <w:rPr>
                <w:sz w:val="18"/>
              </w:rPr>
              <w:t>Tijekom provedbe projekta vodit će se računa o dostojanstvu djece i njihovih obitelji te će se s poštovanjem pristupati osobnim pričama, stradanju i drugim osjetljivim iskustvima. Posebna pozornost posvetit će se primjerenosti sadržaja dobi učenika, zaštiti privatnosti te pribavljanju potrebnih suglasnosti za korištenje osobnih svjedočanstava, fotografija i drugih materijala. Izbjegavat će se senzacionalističko prikazivanje ratnih stradanja.</w:t>
            </w:r>
          </w:p>
        </w:tc>
      </w:tr>
      <w:tr w:rsidR="0012218F" w14:paraId="6BD1E09B" w14:textId="77777777">
        <w:trPr>
          <w:jc w:val="center"/>
        </w:trPr>
        <w:tc>
          <w:tcPr>
            <w:tcW w:w="283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0DB931E" w14:textId="77777777" w:rsidR="0012218F" w:rsidRDefault="00000000">
            <w:pPr>
              <w:spacing w:after="40" w:line="240" w:lineRule="auto"/>
            </w:pPr>
            <w:r>
              <w:rPr>
                <w:b/>
                <w:color w:val="1F4E79"/>
                <w:sz w:val="18"/>
              </w:rPr>
              <w:lastRenderedPageBreak/>
              <w:t>Međupredmetna povezanost</w:t>
            </w:r>
          </w:p>
        </w:tc>
        <w:tc>
          <w:tcPr>
            <w:tcW w:w="708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2A7D638" w14:textId="77777777" w:rsidR="0012218F" w:rsidRDefault="00000000">
            <w:pPr>
              <w:spacing w:after="40" w:line="240" w:lineRule="auto"/>
            </w:pPr>
            <w:r>
              <w:rPr>
                <w:sz w:val="18"/>
              </w:rPr>
              <w:t>Projekt omogućuje povezivanje Povijesti, Hrvatskoga jezika, Geografije, Informatike, Likovne i Glazbene kulture/umjetnosti, Vjeronauka i drugih nastavnih predmeta te rad školskih knjižničara i stručnih suradnika.</w:t>
            </w:r>
          </w:p>
        </w:tc>
      </w:tr>
      <w:tr w:rsidR="0012218F" w14:paraId="4F5B55B7" w14:textId="77777777">
        <w:trPr>
          <w:jc w:val="center"/>
        </w:trPr>
        <w:tc>
          <w:tcPr>
            <w:tcW w:w="283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DA29856" w14:textId="77777777" w:rsidR="0012218F" w:rsidRDefault="00000000">
            <w:pPr>
              <w:spacing w:after="40" w:line="240" w:lineRule="auto"/>
            </w:pPr>
            <w:r>
              <w:rPr>
                <w:b/>
                <w:color w:val="1F4E79"/>
                <w:sz w:val="18"/>
              </w:rPr>
              <w:t>Međupredmetne teme</w:t>
            </w:r>
          </w:p>
        </w:tc>
        <w:tc>
          <w:tcPr>
            <w:tcW w:w="708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7FAF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1BB092A" w14:textId="77777777" w:rsidR="0012218F" w:rsidRDefault="00000000">
            <w:pPr>
              <w:spacing w:after="40" w:line="240" w:lineRule="auto"/>
            </w:pPr>
            <w:r>
              <w:rPr>
                <w:sz w:val="18"/>
              </w:rPr>
              <w:t>Osobni i socijalni razvoj; Građanski odgoj i obrazovanje; Učiti kako učiti; Uporaba informacijske i komunikacijske tehnologije.</w:t>
            </w:r>
          </w:p>
        </w:tc>
      </w:tr>
      <w:tr w:rsidR="0012218F" w14:paraId="6B5F9F02" w14:textId="77777777">
        <w:trPr>
          <w:jc w:val="center"/>
        </w:trPr>
        <w:tc>
          <w:tcPr>
            <w:tcW w:w="283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DF435ED" w14:textId="77777777" w:rsidR="0012218F" w:rsidRDefault="00000000">
            <w:pPr>
              <w:spacing w:after="40" w:line="240" w:lineRule="auto"/>
            </w:pPr>
            <w:r>
              <w:rPr>
                <w:b/>
                <w:color w:val="1F4E79"/>
                <w:sz w:val="18"/>
              </w:rPr>
              <w:t>Očekivani rezultati</w:t>
            </w:r>
          </w:p>
        </w:tc>
        <w:tc>
          <w:tcPr>
            <w:tcW w:w="708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CC5CD3F" w14:textId="77777777" w:rsidR="0012218F" w:rsidRDefault="00000000">
            <w:pPr>
              <w:spacing w:after="40" w:line="240" w:lineRule="auto"/>
            </w:pPr>
            <w:r>
              <w:rPr>
                <w:sz w:val="18"/>
              </w:rPr>
              <w:t>Učenici će istražiti odabranu temu i predstaviti rezultate svojega rada; razviti sposobnost rada s različitim vrstama povijesnih izvora; bolje razumjeti dječju perspektivu Domovinskog rata; razvijati svijest o važnosti očuvanja sjećanja te odgovornog i dostojanstvenog odnosa prema ratnim stradanjima.</w:t>
            </w:r>
          </w:p>
        </w:tc>
      </w:tr>
      <w:tr w:rsidR="0012218F" w14:paraId="7A31DAE0" w14:textId="77777777">
        <w:trPr>
          <w:jc w:val="center"/>
        </w:trPr>
        <w:tc>
          <w:tcPr>
            <w:tcW w:w="283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E64079C" w14:textId="77777777" w:rsidR="0012218F" w:rsidRDefault="00000000">
            <w:pPr>
              <w:spacing w:after="40" w:line="240" w:lineRule="auto"/>
            </w:pPr>
            <w:r>
              <w:rPr>
                <w:b/>
                <w:color w:val="1F4E79"/>
                <w:sz w:val="18"/>
              </w:rPr>
              <w:t>Završni proizvod projekta</w:t>
            </w:r>
          </w:p>
        </w:tc>
        <w:tc>
          <w:tcPr>
            <w:tcW w:w="708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7FAF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E84DD7C" w14:textId="77777777" w:rsidR="0012218F" w:rsidRDefault="00000000">
            <w:pPr>
              <w:spacing w:after="40" w:line="240" w:lineRule="auto"/>
            </w:pPr>
            <w:r>
              <w:rPr>
                <w:sz w:val="18"/>
              </w:rPr>
              <w:t>Prema izboru škole i učenika: istraživački rad, izložba, videopriča, kratki dokumentarni film, podcast, intervju, reportaža, fotografska priča, prezentacija, publikacija, scenski prikaz ili drugi oblik predstavljanja rezultata.</w:t>
            </w:r>
          </w:p>
        </w:tc>
      </w:tr>
      <w:tr w:rsidR="0012218F" w14:paraId="25AE2D61" w14:textId="77777777">
        <w:trPr>
          <w:jc w:val="center"/>
        </w:trPr>
        <w:tc>
          <w:tcPr>
            <w:tcW w:w="283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5A6B4E4" w14:textId="77777777" w:rsidR="0012218F" w:rsidRDefault="00000000">
            <w:pPr>
              <w:spacing w:after="40" w:line="240" w:lineRule="auto"/>
            </w:pPr>
            <w:r>
              <w:rPr>
                <w:b/>
                <w:color w:val="1F4E79"/>
                <w:sz w:val="18"/>
              </w:rPr>
              <w:t>Način predstavljanja rezultata</w:t>
            </w:r>
          </w:p>
        </w:tc>
        <w:tc>
          <w:tcPr>
            <w:tcW w:w="708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7766FDC" w14:textId="77777777" w:rsidR="0012218F" w:rsidRDefault="00000000">
            <w:pPr>
              <w:spacing w:after="40" w:line="240" w:lineRule="auto"/>
            </w:pPr>
            <w:r>
              <w:rPr>
                <w:sz w:val="18"/>
              </w:rPr>
              <w:t>Predstavljanje u školi i/ili lokalnoj zajednici te dostavljanje rezultata Udruzi Ratno djetinjstvo. Udruga će pristigle projekte i primjere dobre prakse predstavljati putem svojih komunikacijskih kanala.</w:t>
            </w:r>
          </w:p>
        </w:tc>
      </w:tr>
      <w:tr w:rsidR="0012218F" w14:paraId="0B4D52BB" w14:textId="77777777">
        <w:trPr>
          <w:jc w:val="center"/>
        </w:trPr>
        <w:tc>
          <w:tcPr>
            <w:tcW w:w="283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60FAFA4" w14:textId="77777777" w:rsidR="0012218F" w:rsidRDefault="00000000">
            <w:pPr>
              <w:spacing w:after="40" w:line="240" w:lineRule="auto"/>
            </w:pPr>
            <w:r>
              <w:rPr>
                <w:b/>
                <w:color w:val="1F4E79"/>
                <w:sz w:val="18"/>
              </w:rPr>
              <w:t>Vrednovanje</w:t>
            </w:r>
          </w:p>
        </w:tc>
        <w:tc>
          <w:tcPr>
            <w:tcW w:w="708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7FAF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2D1F268" w14:textId="77777777" w:rsidR="0012218F" w:rsidRDefault="00000000">
            <w:pPr>
              <w:spacing w:after="40" w:line="240" w:lineRule="auto"/>
            </w:pPr>
            <w:r>
              <w:rPr>
                <w:sz w:val="18"/>
              </w:rPr>
              <w:t>Praćenje aktivnosti i angažmana učenika; samovrednovanje i vršnjačko vrednovanje; vrednovanje istraživačkog procesa i završnog proizvoda; predstavljanje rezultata projekta.</w:t>
            </w:r>
          </w:p>
        </w:tc>
      </w:tr>
      <w:tr w:rsidR="0012218F" w14:paraId="1F54610E" w14:textId="77777777">
        <w:trPr>
          <w:jc w:val="center"/>
        </w:trPr>
        <w:tc>
          <w:tcPr>
            <w:tcW w:w="283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06B8655" w14:textId="77777777" w:rsidR="0012218F" w:rsidRDefault="00000000">
            <w:pPr>
              <w:spacing w:after="40" w:line="240" w:lineRule="auto"/>
            </w:pPr>
            <w:r>
              <w:rPr>
                <w:b/>
                <w:color w:val="1F4E79"/>
                <w:sz w:val="18"/>
              </w:rPr>
              <w:t>Potrebni resursi</w:t>
            </w:r>
          </w:p>
        </w:tc>
        <w:tc>
          <w:tcPr>
            <w:tcW w:w="708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80D3FC6" w14:textId="77777777" w:rsidR="0012218F" w:rsidRDefault="00000000">
            <w:pPr>
              <w:spacing w:after="40" w:line="240" w:lineRule="auto"/>
            </w:pPr>
            <w:r>
              <w:rPr>
                <w:sz w:val="18"/>
              </w:rPr>
              <w:t>Ovise o odabranoj temi i načinu realizacije: računala, fotoaparati/mobiteli, oprema za snimanje, literatura, arhivska građa, materijal za izložbu i dr.</w:t>
            </w:r>
          </w:p>
        </w:tc>
      </w:tr>
      <w:tr w:rsidR="0012218F" w14:paraId="2757EA91" w14:textId="77777777">
        <w:trPr>
          <w:jc w:val="center"/>
        </w:trPr>
        <w:tc>
          <w:tcPr>
            <w:tcW w:w="283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1C0C90" w14:textId="77777777" w:rsidR="0012218F" w:rsidRDefault="00000000">
            <w:pPr>
              <w:spacing w:after="40" w:line="240" w:lineRule="auto"/>
            </w:pPr>
            <w:r>
              <w:rPr>
                <w:b/>
                <w:color w:val="1F4E79"/>
                <w:sz w:val="18"/>
              </w:rPr>
              <w:t>Troškovnik</w:t>
            </w:r>
          </w:p>
        </w:tc>
        <w:tc>
          <w:tcPr>
            <w:tcW w:w="708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7FAF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1AA5CF" w14:textId="77777777" w:rsidR="0012218F" w:rsidRDefault="00000000">
            <w:pPr>
              <w:spacing w:after="40" w:line="240" w:lineRule="auto"/>
            </w:pPr>
            <w:r>
              <w:rPr>
                <w:sz w:val="18"/>
              </w:rPr>
              <w:t>Projekt je moguće provesti bez posebnih troškova ili prema mogućnostima i planu pojedine škole.</w:t>
            </w:r>
          </w:p>
        </w:tc>
      </w:tr>
    </w:tbl>
    <w:p w14:paraId="72CE8A86" w14:textId="77777777" w:rsidR="00CB36FB" w:rsidRDefault="00CB36FB"/>
    <w:sectPr w:rsidR="00CB36FB" w:rsidSect="00034616">
      <w:footerReference w:type="default" r:id="rId8"/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7C536" w14:textId="77777777" w:rsidR="00CB36FB" w:rsidRDefault="00CB36FB">
      <w:pPr>
        <w:spacing w:after="0" w:line="240" w:lineRule="auto"/>
      </w:pPr>
      <w:r>
        <w:separator/>
      </w:r>
    </w:p>
  </w:endnote>
  <w:endnote w:type="continuationSeparator" w:id="0">
    <w:p w14:paraId="19107507" w14:textId="77777777" w:rsidR="00CB36FB" w:rsidRDefault="00CB3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4EAAB" w14:textId="77777777" w:rsidR="0012218F" w:rsidRDefault="00000000">
    <w:pPr>
      <w:pStyle w:val="Podnoje"/>
      <w:jc w:val="center"/>
    </w:pPr>
    <w:proofErr w:type="spellStart"/>
    <w:r>
      <w:rPr>
        <w:color w:val="757575"/>
        <w:sz w:val="16"/>
      </w:rPr>
      <w:t>Udruga</w:t>
    </w:r>
    <w:proofErr w:type="spellEnd"/>
    <w:r>
      <w:rPr>
        <w:color w:val="757575"/>
        <w:sz w:val="16"/>
      </w:rPr>
      <w:t xml:space="preserve"> </w:t>
    </w:r>
    <w:proofErr w:type="spellStart"/>
    <w:r>
      <w:rPr>
        <w:color w:val="757575"/>
        <w:sz w:val="16"/>
      </w:rPr>
      <w:t>Ratno</w:t>
    </w:r>
    <w:proofErr w:type="spellEnd"/>
    <w:r>
      <w:rPr>
        <w:color w:val="757575"/>
        <w:sz w:val="16"/>
      </w:rPr>
      <w:t xml:space="preserve"> </w:t>
    </w:r>
    <w:proofErr w:type="spellStart"/>
    <w:r>
      <w:rPr>
        <w:color w:val="757575"/>
        <w:sz w:val="16"/>
      </w:rPr>
      <w:t>djetinjstvo</w:t>
    </w:r>
    <w:proofErr w:type="spellEnd"/>
    <w:r>
      <w:rPr>
        <w:color w:val="757575"/>
        <w:sz w:val="16"/>
      </w:rPr>
      <w:t xml:space="preserve"> • </w:t>
    </w:r>
    <w:proofErr w:type="spellStart"/>
    <w:r>
      <w:rPr>
        <w:color w:val="757575"/>
        <w:sz w:val="16"/>
      </w:rPr>
      <w:t>školski</w:t>
    </w:r>
    <w:proofErr w:type="spellEnd"/>
    <w:r>
      <w:rPr>
        <w:color w:val="757575"/>
        <w:sz w:val="16"/>
      </w:rPr>
      <w:t xml:space="preserve"> </w:t>
    </w:r>
    <w:proofErr w:type="spellStart"/>
    <w:r>
      <w:rPr>
        <w:color w:val="757575"/>
        <w:sz w:val="16"/>
      </w:rPr>
      <w:t>kurikulum</w:t>
    </w:r>
    <w:proofErr w:type="spellEnd"/>
    <w:r>
      <w:rPr>
        <w:color w:val="757575"/>
        <w:sz w:val="16"/>
      </w:rPr>
      <w:t xml:space="preserve"> </w:t>
    </w:r>
    <w:proofErr w:type="gramStart"/>
    <w:r>
      <w:rPr>
        <w:color w:val="757575"/>
        <w:sz w:val="16"/>
      </w:rPr>
      <w:t>2026./</w:t>
    </w:r>
    <w:proofErr w:type="gramEnd"/>
    <w:r>
      <w:rPr>
        <w:color w:val="757575"/>
        <w:sz w:val="16"/>
      </w:rPr>
      <w:t>2027.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814B6" w14:textId="77777777" w:rsidR="00CB36FB" w:rsidRDefault="00CB36FB">
      <w:pPr>
        <w:spacing w:after="0" w:line="240" w:lineRule="auto"/>
      </w:pPr>
      <w:r>
        <w:separator/>
      </w:r>
    </w:p>
  </w:footnote>
  <w:footnote w:type="continuationSeparator" w:id="0">
    <w:p w14:paraId="294133ED" w14:textId="77777777" w:rsidR="00CB36FB" w:rsidRDefault="00CB36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3165F1"/>
    <w:multiLevelType w:val="hybridMultilevel"/>
    <w:tmpl w:val="4AE836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4D18CA"/>
    <w:multiLevelType w:val="hybridMultilevel"/>
    <w:tmpl w:val="44E472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744289"/>
    <w:multiLevelType w:val="hybridMultilevel"/>
    <w:tmpl w:val="C29214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1348954">
    <w:abstractNumId w:val="8"/>
  </w:num>
  <w:num w:numId="2" w16cid:durableId="1886333582">
    <w:abstractNumId w:val="6"/>
  </w:num>
  <w:num w:numId="3" w16cid:durableId="582376082">
    <w:abstractNumId w:val="5"/>
  </w:num>
  <w:num w:numId="4" w16cid:durableId="2001107909">
    <w:abstractNumId w:val="4"/>
  </w:num>
  <w:num w:numId="5" w16cid:durableId="1330984278">
    <w:abstractNumId w:val="7"/>
  </w:num>
  <w:num w:numId="6" w16cid:durableId="1007057618">
    <w:abstractNumId w:val="3"/>
  </w:num>
  <w:num w:numId="7" w16cid:durableId="362243575">
    <w:abstractNumId w:val="2"/>
  </w:num>
  <w:num w:numId="8" w16cid:durableId="1801340555">
    <w:abstractNumId w:val="1"/>
  </w:num>
  <w:num w:numId="9" w16cid:durableId="1691418844">
    <w:abstractNumId w:val="0"/>
  </w:num>
  <w:num w:numId="10" w16cid:durableId="302540093">
    <w:abstractNumId w:val="9"/>
  </w:num>
  <w:num w:numId="11" w16cid:durableId="480779755">
    <w:abstractNumId w:val="11"/>
  </w:num>
  <w:num w:numId="12" w16cid:durableId="6101654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125C"/>
    <w:rsid w:val="0012218F"/>
    <w:rsid w:val="0015074B"/>
    <w:rsid w:val="0029639D"/>
    <w:rsid w:val="00326F90"/>
    <w:rsid w:val="00AA1D8D"/>
    <w:rsid w:val="00B47730"/>
    <w:rsid w:val="00CB0664"/>
    <w:rsid w:val="00CB36FB"/>
    <w:rsid w:val="00D435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11E076"/>
  <w14:defaultImageDpi w14:val="300"/>
  <w15:docId w15:val="{FA61A410-27BB-42ED-B765-3D0DAADF8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Mira Racić</cp:lastModifiedBy>
  <cp:revision>2</cp:revision>
  <dcterms:created xsi:type="dcterms:W3CDTF">2013-12-23T23:15:00Z</dcterms:created>
  <dcterms:modified xsi:type="dcterms:W3CDTF">2026-09-08T06:32:00Z</dcterms:modified>
  <cp:category/>
</cp:coreProperties>
</file>